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לסיפור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 שרואה את העתיד בדמיונו ומאמין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הרעיון שהעם היהודי ישוב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כנס גדול של נציגים ממקומות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לוותר על החלום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בדמיון, במחשבה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אגדה היא סיפור דמיוני שלא קרה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המילה הכרזה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מזועזע פירושו נבהל ומופתע ממשהו 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חוזה הוא מי שמאמין בעתיד ורואה אותו בדמיונו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מזועזע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שרואה את העתיד בדמיונו)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(כנס גדול של נציגים)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(סיפור דמיוני שלא קרה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(הודעה חגיגית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(לימוד ומחקר להבנת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(להפסיק לנסות)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שימוש נכון במילה להגשים במשמעות של הפיכת חלום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שימוש נכון במילה ציונות במשמעות הקשורה לשיבת העם היהודי לארצו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חלום או מטרה אישית בצורה ברורה, תוך שימוש נכון במילים החדשות אם אפשר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חוזה - מי שרואה את העתיד בדמיונו ומאמין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המשתמש במילה במשמעות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אגדה היא סיפור דמיוני, מציאות היא מה שקורה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יחד עם התלמידים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במילים החדשות גם בשיחה ולא רק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על הרצל מופיעות מילים חשובות כמו חוזה, ציונות וקונגרס. בדף הזה נתרגל ונבין את המשמעות של המילים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המילה 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שכותב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שרואה את העתיד בדמיונו ומאמין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שמפסיק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הרעיון שהעם היהודי ישוב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הודעה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כנס גדול של נציגים ממקומות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למדע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מ'להגשים חלום'?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מזועזע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על החלום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להכריז הכרזה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'בעיני רוחו'?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בדמיון, במחשבה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בכנס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במציאות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כותב כתבות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אגדה היא סיפור שקרה באמת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הכרזה היא הודעה חגיגית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מזועזע פירושו שמח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 הוא לימוד ומחקר כדי להבין את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הוא מי שמוותר על חלומותיו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היה __________ שכתב כתבות חשובות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הרעיון שהעם היהודי ישוב לארצו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כשראה דברים קשים הרצל היה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כינס __________ גדול של נציגים יהודים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רצה ל__________ את החלום שלו ולהפוך אותו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לא רצה ל__________ על המטרה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דמיוני שלא קרה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להפסיק לנסות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הודעה חגיגית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שרואה את העתיד בדמיונו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כנס גדול של נציגים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לימוד ומחקר להבנת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'להגשים'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עם המילה 'ציונות'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היה חוזה - מישהו שרואה דברים בעיני רוחו לפני שהם קורים. ספרו על משהו שאתם מדמיינים ורוצים להגשים בעתיד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חוזה?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המילה להגשים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אגדה למציאות?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